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669E7" w14:textId="77777777" w:rsidR="00F42CCA" w:rsidRPr="00AC01E5" w:rsidRDefault="00C37D78">
      <w:pPr>
        <w:pStyle w:val="Overskrift1"/>
        <w:rPr>
          <w:color w:val="1F497D" w:themeColor="text2"/>
          <w:lang w:val="da-DK"/>
        </w:rPr>
      </w:pPr>
      <w:r w:rsidRPr="00AC01E5">
        <w:rPr>
          <w:color w:val="1F497D" w:themeColor="text2"/>
          <w:lang w:val="da-DK"/>
        </w:rPr>
        <w:t>Referat – Ungdomsskolebestyrelsen</w:t>
      </w:r>
    </w:p>
    <w:p w14:paraId="4519A4ED" w14:textId="77777777" w:rsidR="00F42CCA" w:rsidRPr="00C37D78" w:rsidRDefault="00C37D78">
      <w:pPr>
        <w:rPr>
          <w:lang w:val="da-DK"/>
        </w:rPr>
      </w:pPr>
      <w:r w:rsidRPr="00C37D78">
        <w:rPr>
          <w:lang w:val="da-DK"/>
        </w:rPr>
        <w:t>Mødedag og dato: 9. december 2024</w:t>
      </w:r>
    </w:p>
    <w:p w14:paraId="03D8E20E" w14:textId="77777777" w:rsidR="00F42CCA" w:rsidRPr="00C37D78" w:rsidRDefault="00C37D78">
      <w:pPr>
        <w:rPr>
          <w:lang w:val="da-DK"/>
        </w:rPr>
      </w:pPr>
      <w:r w:rsidRPr="00C37D78">
        <w:rPr>
          <w:lang w:val="da-DK"/>
        </w:rPr>
        <w:t>Mødetidspunkt: kl. 18.00–21.00</w:t>
      </w:r>
    </w:p>
    <w:p w14:paraId="3264F147" w14:textId="77777777" w:rsidR="00F42CCA" w:rsidRPr="00C37D78" w:rsidRDefault="00C37D78">
      <w:pPr>
        <w:rPr>
          <w:lang w:val="da-DK"/>
        </w:rPr>
      </w:pPr>
      <w:r w:rsidRPr="00C37D78">
        <w:rPr>
          <w:lang w:val="da-DK"/>
        </w:rPr>
        <w:t>Mødested: Skovvej 12b</w:t>
      </w:r>
    </w:p>
    <w:p w14:paraId="6589017D" w14:textId="77777777" w:rsidR="00F42CCA" w:rsidRPr="00C37D78" w:rsidRDefault="00C37D78">
      <w:pPr>
        <w:rPr>
          <w:lang w:val="da-DK"/>
        </w:rPr>
      </w:pPr>
      <w:r w:rsidRPr="00C37D78">
        <w:rPr>
          <w:lang w:val="da-DK"/>
        </w:rPr>
        <w:t>Afbud fra: Momme</w:t>
      </w:r>
    </w:p>
    <w:p w14:paraId="540B0A4D" w14:textId="77777777" w:rsidR="00F42CCA" w:rsidRPr="00C37D78" w:rsidRDefault="00C37D78">
      <w:pPr>
        <w:rPr>
          <w:lang w:val="da-DK"/>
        </w:rPr>
      </w:pPr>
      <w:r w:rsidRPr="00C37D78">
        <w:rPr>
          <w:lang w:val="da-DK"/>
        </w:rPr>
        <w:t>Mødedeltagere: Lena, Pet, Jes, John, Peer, Tine og Pernille</w:t>
      </w:r>
    </w:p>
    <w:p w14:paraId="46970968" w14:textId="387823BC" w:rsidR="00F42CCA" w:rsidRPr="00831FD0" w:rsidRDefault="00C37D78" w:rsidP="00831FD0">
      <w:pPr>
        <w:pStyle w:val="Overskrift2"/>
        <w:numPr>
          <w:ilvl w:val="0"/>
          <w:numId w:val="10"/>
        </w:numPr>
        <w:rPr>
          <w:color w:val="1F497D" w:themeColor="text2"/>
          <w:lang w:val="da-DK"/>
        </w:rPr>
      </w:pPr>
      <w:r w:rsidRPr="00831FD0">
        <w:rPr>
          <w:color w:val="1F497D" w:themeColor="text2"/>
          <w:lang w:val="da-DK"/>
        </w:rPr>
        <w:t>Velkomst</w:t>
      </w:r>
    </w:p>
    <w:p w14:paraId="2B50C807" w14:textId="77777777" w:rsidR="00F42CCA" w:rsidRPr="00C37D78" w:rsidRDefault="00C37D78">
      <w:pPr>
        <w:rPr>
          <w:lang w:val="da-DK"/>
        </w:rPr>
      </w:pPr>
      <w:r w:rsidRPr="00C37D78">
        <w:rPr>
          <w:lang w:val="da-DK"/>
        </w:rPr>
        <w:t>Velkomst til mødet.</w:t>
      </w:r>
    </w:p>
    <w:p w14:paraId="551687F0" w14:textId="0A8CA134" w:rsidR="00F42CCA" w:rsidRPr="00831FD0" w:rsidRDefault="00C37D78" w:rsidP="00831FD0">
      <w:pPr>
        <w:pStyle w:val="Overskrift2"/>
        <w:numPr>
          <w:ilvl w:val="0"/>
          <w:numId w:val="10"/>
        </w:numPr>
        <w:rPr>
          <w:color w:val="1F497D" w:themeColor="text2"/>
          <w:lang w:val="da-DK"/>
        </w:rPr>
      </w:pPr>
      <w:r w:rsidRPr="00831FD0">
        <w:rPr>
          <w:color w:val="1F497D" w:themeColor="text2"/>
          <w:lang w:val="da-DK"/>
        </w:rPr>
        <w:t>Godkendelse af referat fra sidste møde</w:t>
      </w:r>
    </w:p>
    <w:p w14:paraId="5C69E265" w14:textId="77777777" w:rsidR="00F42CCA" w:rsidRPr="00C37D78" w:rsidRDefault="00C37D78">
      <w:pPr>
        <w:rPr>
          <w:lang w:val="da-DK"/>
        </w:rPr>
      </w:pPr>
      <w:r w:rsidRPr="00C37D78">
        <w:rPr>
          <w:lang w:val="da-DK"/>
        </w:rPr>
        <w:t>Referatet fra sidste møde blev godkendt.</w:t>
      </w:r>
    </w:p>
    <w:p w14:paraId="651F1F38" w14:textId="2BAD008E" w:rsidR="00F42CCA" w:rsidRPr="00831FD0" w:rsidRDefault="00C37D78" w:rsidP="00831FD0">
      <w:pPr>
        <w:pStyle w:val="Overskrift2"/>
        <w:numPr>
          <w:ilvl w:val="0"/>
          <w:numId w:val="10"/>
        </w:numPr>
        <w:rPr>
          <w:color w:val="1F497D" w:themeColor="text2"/>
          <w:lang w:val="da-DK"/>
        </w:rPr>
      </w:pPr>
      <w:r w:rsidRPr="00831FD0">
        <w:rPr>
          <w:color w:val="1F497D" w:themeColor="text2"/>
          <w:lang w:val="da-DK"/>
        </w:rPr>
        <w:t>Nyt fra Ungdomsskoleleder</w:t>
      </w:r>
    </w:p>
    <w:p w14:paraId="75FDA213" w14:textId="77777777" w:rsidR="00F42CCA" w:rsidRPr="00C37D78" w:rsidRDefault="00C37D78">
      <w:pPr>
        <w:rPr>
          <w:lang w:val="da-DK"/>
        </w:rPr>
      </w:pPr>
      <w:r w:rsidRPr="00C37D78">
        <w:rPr>
          <w:lang w:val="da-DK"/>
        </w:rPr>
        <w:t>Ungdomsskolelederen orienterede om den planlagte proces for udmøntning af den politiske aftaletekst. Der blev herunder drøftet opgaveløsning vedrørende juniormesterlære og valgfag.</w:t>
      </w:r>
    </w:p>
    <w:p w14:paraId="1E3FA0F9" w14:textId="77777777" w:rsidR="00F42CCA" w:rsidRPr="00C37D78" w:rsidRDefault="00C37D78">
      <w:pPr>
        <w:rPr>
          <w:lang w:val="da-DK"/>
        </w:rPr>
      </w:pPr>
      <w:r w:rsidRPr="00C37D78">
        <w:rPr>
          <w:lang w:val="da-DK"/>
        </w:rPr>
        <w:t>Planen for UngFavrskov og styrelsesvedtægterne opdateres som led i processen, og bestyrelsen inddrages i udmøntningen.</w:t>
      </w:r>
    </w:p>
    <w:p w14:paraId="0A0F43DB" w14:textId="77777777" w:rsidR="00F42CCA" w:rsidRPr="00C37D78" w:rsidRDefault="00C37D78">
      <w:pPr>
        <w:rPr>
          <w:lang w:val="da-DK"/>
        </w:rPr>
      </w:pPr>
      <w:r w:rsidRPr="00C37D78">
        <w:rPr>
          <w:lang w:val="da-DK"/>
        </w:rPr>
        <w:t>Bestyrelsen drøftede udmøntning af besparelse fra budgetforlig 2024 samt flytteprocessen i Thorsø.</w:t>
      </w:r>
    </w:p>
    <w:p w14:paraId="06AAE268" w14:textId="77777777" w:rsidR="00F42CCA" w:rsidRPr="00C37D78" w:rsidRDefault="00C37D78">
      <w:pPr>
        <w:rPr>
          <w:lang w:val="da-DK"/>
        </w:rPr>
      </w:pPr>
      <w:r w:rsidRPr="00C37D78">
        <w:rPr>
          <w:lang w:val="da-DK"/>
        </w:rPr>
        <w:t>Det blev besluttet, at besparelsen i 2025 findes i det forventede overskud, og at ungdomsskolelederen fremlægger forslag på et kommende bestyrelsesmøde.</w:t>
      </w:r>
    </w:p>
    <w:p w14:paraId="64BC6BF2" w14:textId="4E7BE825" w:rsidR="00F42CCA" w:rsidRPr="00831FD0" w:rsidRDefault="00C37D78" w:rsidP="00831FD0">
      <w:pPr>
        <w:pStyle w:val="Overskrift2"/>
        <w:numPr>
          <w:ilvl w:val="0"/>
          <w:numId w:val="10"/>
        </w:numPr>
        <w:rPr>
          <w:color w:val="1F497D" w:themeColor="text2"/>
          <w:lang w:val="da-DK"/>
        </w:rPr>
      </w:pPr>
      <w:r w:rsidRPr="00831FD0">
        <w:rPr>
          <w:color w:val="1F497D" w:themeColor="text2"/>
          <w:lang w:val="da-DK"/>
        </w:rPr>
        <w:t>Siden sidst i UngFavrskov</w:t>
      </w:r>
    </w:p>
    <w:p w14:paraId="2B861DA6" w14:textId="77777777" w:rsidR="00F42CCA" w:rsidRPr="00C37D78" w:rsidRDefault="00C37D78">
      <w:pPr>
        <w:rPr>
          <w:lang w:val="da-DK"/>
        </w:rPr>
      </w:pPr>
      <w:r w:rsidRPr="00C37D78">
        <w:rPr>
          <w:lang w:val="da-DK"/>
        </w:rPr>
        <w:t>Der blev orienteret om følgende forhold:</w:t>
      </w:r>
    </w:p>
    <w:p w14:paraId="532C3103" w14:textId="77777777" w:rsidR="00F42CCA" w:rsidRPr="00C37D78" w:rsidRDefault="00C37D78">
      <w:pPr>
        <w:rPr>
          <w:lang w:val="da-DK"/>
        </w:rPr>
      </w:pPr>
      <w:r w:rsidRPr="00C37D78">
        <w:rPr>
          <w:lang w:val="da-DK"/>
        </w:rPr>
        <w:t>• Medlemstal</w:t>
      </w:r>
    </w:p>
    <w:p w14:paraId="61611369" w14:textId="77777777" w:rsidR="00F42CCA" w:rsidRPr="00C37D78" w:rsidRDefault="00C37D78">
      <w:pPr>
        <w:rPr>
          <w:lang w:val="da-DK"/>
        </w:rPr>
      </w:pPr>
      <w:r w:rsidRPr="00C37D78">
        <w:rPr>
          <w:lang w:val="da-DK"/>
        </w:rPr>
        <w:t>• Nyt fra Ungdomsskolen</w:t>
      </w:r>
    </w:p>
    <w:p w14:paraId="64327C62" w14:textId="77777777" w:rsidR="00F42CCA" w:rsidRPr="00C37D78" w:rsidRDefault="00C37D78">
      <w:pPr>
        <w:rPr>
          <w:lang w:val="da-DK"/>
        </w:rPr>
      </w:pPr>
      <w:r w:rsidRPr="00C37D78">
        <w:rPr>
          <w:lang w:val="da-DK"/>
        </w:rPr>
        <w:t>• Tilslutning til hold</w:t>
      </w:r>
    </w:p>
    <w:p w14:paraId="7FDAA240" w14:textId="77777777" w:rsidR="00F42CCA" w:rsidRPr="00C37D78" w:rsidRDefault="00C37D78">
      <w:pPr>
        <w:rPr>
          <w:lang w:val="da-DK"/>
        </w:rPr>
      </w:pPr>
      <w:r w:rsidRPr="00C37D78">
        <w:rPr>
          <w:lang w:val="da-DK"/>
        </w:rPr>
        <w:t>• Lukkede og planlagte hold</w:t>
      </w:r>
    </w:p>
    <w:p w14:paraId="018F6B9D" w14:textId="77777777" w:rsidR="00F42CCA" w:rsidRPr="00C37D78" w:rsidRDefault="00C37D78">
      <w:pPr>
        <w:rPr>
          <w:lang w:val="da-DK"/>
        </w:rPr>
      </w:pPr>
      <w:r w:rsidRPr="00C37D78">
        <w:rPr>
          <w:lang w:val="da-DK"/>
        </w:rPr>
        <w:t>• Dialogmøder med naboer</w:t>
      </w:r>
    </w:p>
    <w:p w14:paraId="76200AF9" w14:textId="77777777" w:rsidR="00F42CCA" w:rsidRPr="00C37D78" w:rsidRDefault="00C37D78">
      <w:pPr>
        <w:rPr>
          <w:lang w:val="da-DK"/>
        </w:rPr>
      </w:pPr>
      <w:r w:rsidRPr="00C37D78">
        <w:rPr>
          <w:lang w:val="da-DK"/>
        </w:rPr>
        <w:t>Punktet blev taget til orientering.</w:t>
      </w:r>
    </w:p>
    <w:p w14:paraId="4651E15A" w14:textId="5FE2AA09" w:rsidR="00F42CCA" w:rsidRPr="00831FD0" w:rsidRDefault="00C37D78" w:rsidP="00831FD0">
      <w:pPr>
        <w:pStyle w:val="Overskrift2"/>
        <w:numPr>
          <w:ilvl w:val="0"/>
          <w:numId w:val="10"/>
        </w:numPr>
        <w:rPr>
          <w:color w:val="1F497D" w:themeColor="text2"/>
          <w:lang w:val="da-DK"/>
        </w:rPr>
      </w:pPr>
      <w:r w:rsidRPr="00831FD0">
        <w:rPr>
          <w:color w:val="1F497D" w:themeColor="text2"/>
          <w:lang w:val="da-DK"/>
        </w:rPr>
        <w:lastRenderedPageBreak/>
        <w:t>Økonomistatus</w:t>
      </w:r>
    </w:p>
    <w:p w14:paraId="4E3F187B" w14:textId="77777777" w:rsidR="00F42CCA" w:rsidRPr="00C37D78" w:rsidRDefault="00C37D78">
      <w:pPr>
        <w:rPr>
          <w:lang w:val="da-DK"/>
        </w:rPr>
      </w:pPr>
      <w:r w:rsidRPr="00C37D78">
        <w:rPr>
          <w:lang w:val="da-DK"/>
        </w:rPr>
        <w:t>Den vedhæftede økonomistatus blev gennemgået. På sejlcentret er der prioriteret midler til reparation af bro og både samt udskiftning af dykkerudstyr, hvilket forklarer merudgiften.</w:t>
      </w:r>
    </w:p>
    <w:p w14:paraId="659AF7E7" w14:textId="77777777" w:rsidR="00F42CCA" w:rsidRPr="00C37D78" w:rsidRDefault="00C37D78">
      <w:pPr>
        <w:rPr>
          <w:lang w:val="da-DK"/>
        </w:rPr>
      </w:pPr>
      <w:r w:rsidRPr="00C37D78">
        <w:rPr>
          <w:lang w:val="da-DK"/>
        </w:rPr>
        <w:t>Økonomistatus blev drøftet på mødet.</w:t>
      </w:r>
    </w:p>
    <w:p w14:paraId="0525553A" w14:textId="3C181494" w:rsidR="00F42CCA" w:rsidRPr="00831FD0" w:rsidRDefault="00C37D78" w:rsidP="00831FD0">
      <w:pPr>
        <w:pStyle w:val="Overskrift2"/>
        <w:numPr>
          <w:ilvl w:val="0"/>
          <w:numId w:val="10"/>
        </w:numPr>
        <w:rPr>
          <w:color w:val="1F497D" w:themeColor="text2"/>
          <w:lang w:val="da-DK"/>
        </w:rPr>
      </w:pPr>
      <w:r w:rsidRPr="00831FD0">
        <w:rPr>
          <w:color w:val="1F497D" w:themeColor="text2"/>
          <w:lang w:val="da-DK"/>
        </w:rPr>
        <w:t>Repræsentanter til bestyrelsen</w:t>
      </w:r>
    </w:p>
    <w:p w14:paraId="044352AA" w14:textId="77777777" w:rsidR="00F42CCA" w:rsidRPr="00C37D78" w:rsidRDefault="00C37D78">
      <w:pPr>
        <w:rPr>
          <w:lang w:val="da-DK"/>
        </w:rPr>
      </w:pPr>
      <w:r w:rsidRPr="00C37D78">
        <w:rPr>
          <w:lang w:val="da-DK"/>
        </w:rPr>
        <w:t>Der har aktuelt ikke været henvendelser efter udsendelse af folder. Ungdomsskolen og klubberne fortsætter arbejdet med at finde forældrerepræsentanter.</w:t>
      </w:r>
    </w:p>
    <w:p w14:paraId="25C6E6E7" w14:textId="77777777" w:rsidR="00F42CCA" w:rsidRPr="00C37D78" w:rsidRDefault="00C37D78">
      <w:pPr>
        <w:rPr>
          <w:lang w:val="da-DK"/>
        </w:rPr>
      </w:pPr>
      <w:r w:rsidRPr="00C37D78">
        <w:rPr>
          <w:lang w:val="da-DK"/>
        </w:rPr>
        <w:t>Medarbejderrepræsentant vælges på fællesmøde i januar. De unge forventes at deltage ved næste møde.</w:t>
      </w:r>
    </w:p>
    <w:p w14:paraId="5A94E6A9" w14:textId="7F6084E9" w:rsidR="00F42CCA" w:rsidRPr="00831FD0" w:rsidRDefault="00C37D78" w:rsidP="00831FD0">
      <w:pPr>
        <w:pStyle w:val="Overskrift2"/>
        <w:numPr>
          <w:ilvl w:val="0"/>
          <w:numId w:val="10"/>
        </w:numPr>
        <w:rPr>
          <w:color w:val="1F497D" w:themeColor="text2"/>
          <w:lang w:val="da-DK"/>
        </w:rPr>
      </w:pPr>
      <w:r w:rsidRPr="00831FD0">
        <w:rPr>
          <w:color w:val="1F497D" w:themeColor="text2"/>
          <w:lang w:val="da-DK"/>
        </w:rPr>
        <w:t>Nyt fra ledergruppen</w:t>
      </w:r>
    </w:p>
    <w:p w14:paraId="1D61CAD2" w14:textId="77777777" w:rsidR="00F42CCA" w:rsidRPr="00C37D78" w:rsidRDefault="00C37D78">
      <w:pPr>
        <w:rPr>
          <w:lang w:val="da-DK"/>
        </w:rPr>
      </w:pPr>
      <w:r w:rsidRPr="00C37D78">
        <w:rPr>
          <w:lang w:val="da-DK"/>
        </w:rPr>
        <w:t>Der var ingen yderligere orientering under dette punkt.</w:t>
      </w:r>
    </w:p>
    <w:p w14:paraId="4BAEA392" w14:textId="2C654415" w:rsidR="00F42CCA" w:rsidRPr="00831FD0" w:rsidRDefault="00C37D78" w:rsidP="00831FD0">
      <w:pPr>
        <w:pStyle w:val="Overskrift2"/>
        <w:numPr>
          <w:ilvl w:val="0"/>
          <w:numId w:val="10"/>
        </w:numPr>
        <w:rPr>
          <w:color w:val="1F497D" w:themeColor="text2"/>
          <w:lang w:val="da-DK"/>
        </w:rPr>
      </w:pPr>
      <w:r w:rsidRPr="00831FD0">
        <w:rPr>
          <w:color w:val="1F497D" w:themeColor="text2"/>
          <w:lang w:val="da-DK"/>
        </w:rPr>
        <w:t>Årshjul 2025</w:t>
      </w:r>
    </w:p>
    <w:p w14:paraId="05C5E43F" w14:textId="77777777" w:rsidR="00F42CCA" w:rsidRPr="00C37D78" w:rsidRDefault="00C37D78">
      <w:pPr>
        <w:rPr>
          <w:lang w:val="da-DK"/>
        </w:rPr>
      </w:pPr>
      <w:r w:rsidRPr="00C37D78">
        <w:rPr>
          <w:lang w:val="da-DK"/>
        </w:rPr>
        <w:t>Udkast til årshjul for 2025 blev drøftet, herunder mulighed for temalørdag i foråret.</w:t>
      </w:r>
    </w:p>
    <w:p w14:paraId="13D1EDF3" w14:textId="77777777" w:rsidR="00F42CCA" w:rsidRPr="00C37D78" w:rsidRDefault="00C37D78">
      <w:pPr>
        <w:rPr>
          <w:lang w:val="da-DK"/>
        </w:rPr>
      </w:pPr>
      <w:r w:rsidRPr="00C37D78">
        <w:rPr>
          <w:lang w:val="da-DK"/>
        </w:rPr>
        <w:t>Næste møde afholdes den 17. februar. Det efterfølgende møde afholdes i Thorsøs nye lokaler. Årshjulet blev opdateret med møder i 2025.</w:t>
      </w:r>
    </w:p>
    <w:p w14:paraId="77A24B6E" w14:textId="15C2E1BB" w:rsidR="00F42CCA" w:rsidRPr="00831FD0" w:rsidRDefault="00C37D78" w:rsidP="00831FD0">
      <w:pPr>
        <w:pStyle w:val="Overskrift2"/>
        <w:numPr>
          <w:ilvl w:val="0"/>
          <w:numId w:val="10"/>
        </w:numPr>
        <w:rPr>
          <w:color w:val="1F497D" w:themeColor="text2"/>
          <w:lang w:val="da-DK"/>
        </w:rPr>
      </w:pPr>
      <w:r w:rsidRPr="00831FD0">
        <w:rPr>
          <w:color w:val="1F497D" w:themeColor="text2"/>
          <w:lang w:val="da-DK"/>
        </w:rPr>
        <w:t>Eventuelt</w:t>
      </w:r>
    </w:p>
    <w:p w14:paraId="2834B818" w14:textId="65D8FDC1" w:rsidR="00F42CCA" w:rsidRPr="00C37D78" w:rsidRDefault="00C37D78">
      <w:pPr>
        <w:rPr>
          <w:lang w:val="da-DK"/>
        </w:rPr>
      </w:pPr>
      <w:r w:rsidRPr="00C37D78">
        <w:rPr>
          <w:lang w:val="da-DK"/>
        </w:rPr>
        <w:t>ingen punkter under eventuelt.</w:t>
      </w:r>
    </w:p>
    <w:sectPr w:rsidR="00F42CCA" w:rsidRPr="00C37D7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Opstilling-talellerbogst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Opstilling-talellerbogst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Opstilling-punktteg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Opstilling-punktteg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7B93778"/>
    <w:multiLevelType w:val="hybridMultilevel"/>
    <w:tmpl w:val="D93C8782"/>
    <w:lvl w:ilvl="0" w:tplc="0406000F">
      <w:start w:val="1"/>
      <w:numFmt w:val="decimal"/>
      <w:lvlText w:val="%1."/>
      <w:lvlJc w:val="left"/>
      <w:pPr>
        <w:ind w:left="780" w:hanging="360"/>
      </w:pPr>
    </w:lvl>
    <w:lvl w:ilvl="1" w:tplc="04060019" w:tentative="1">
      <w:start w:val="1"/>
      <w:numFmt w:val="lowerLetter"/>
      <w:lvlText w:val="%2."/>
      <w:lvlJc w:val="left"/>
      <w:pPr>
        <w:ind w:left="1500" w:hanging="360"/>
      </w:pPr>
    </w:lvl>
    <w:lvl w:ilvl="2" w:tplc="0406001B" w:tentative="1">
      <w:start w:val="1"/>
      <w:numFmt w:val="lowerRoman"/>
      <w:lvlText w:val="%3."/>
      <w:lvlJc w:val="right"/>
      <w:pPr>
        <w:ind w:left="2220" w:hanging="180"/>
      </w:pPr>
    </w:lvl>
    <w:lvl w:ilvl="3" w:tplc="0406000F" w:tentative="1">
      <w:start w:val="1"/>
      <w:numFmt w:val="decimal"/>
      <w:lvlText w:val="%4."/>
      <w:lvlJc w:val="left"/>
      <w:pPr>
        <w:ind w:left="2940" w:hanging="360"/>
      </w:pPr>
    </w:lvl>
    <w:lvl w:ilvl="4" w:tplc="04060019" w:tentative="1">
      <w:start w:val="1"/>
      <w:numFmt w:val="lowerLetter"/>
      <w:lvlText w:val="%5."/>
      <w:lvlJc w:val="left"/>
      <w:pPr>
        <w:ind w:left="3660" w:hanging="360"/>
      </w:pPr>
    </w:lvl>
    <w:lvl w:ilvl="5" w:tplc="0406001B" w:tentative="1">
      <w:start w:val="1"/>
      <w:numFmt w:val="lowerRoman"/>
      <w:lvlText w:val="%6."/>
      <w:lvlJc w:val="right"/>
      <w:pPr>
        <w:ind w:left="4380" w:hanging="180"/>
      </w:pPr>
    </w:lvl>
    <w:lvl w:ilvl="6" w:tplc="0406000F" w:tentative="1">
      <w:start w:val="1"/>
      <w:numFmt w:val="decimal"/>
      <w:lvlText w:val="%7."/>
      <w:lvlJc w:val="left"/>
      <w:pPr>
        <w:ind w:left="5100" w:hanging="360"/>
      </w:pPr>
    </w:lvl>
    <w:lvl w:ilvl="7" w:tplc="04060019" w:tentative="1">
      <w:start w:val="1"/>
      <w:numFmt w:val="lowerLetter"/>
      <w:lvlText w:val="%8."/>
      <w:lvlJc w:val="left"/>
      <w:pPr>
        <w:ind w:left="5820" w:hanging="360"/>
      </w:pPr>
    </w:lvl>
    <w:lvl w:ilvl="8" w:tplc="0406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447512212">
    <w:abstractNumId w:val="8"/>
  </w:num>
  <w:num w:numId="2" w16cid:durableId="197940726">
    <w:abstractNumId w:val="6"/>
  </w:num>
  <w:num w:numId="3" w16cid:durableId="809783865">
    <w:abstractNumId w:val="5"/>
  </w:num>
  <w:num w:numId="4" w16cid:durableId="1399016961">
    <w:abstractNumId w:val="4"/>
  </w:num>
  <w:num w:numId="5" w16cid:durableId="314189638">
    <w:abstractNumId w:val="7"/>
  </w:num>
  <w:num w:numId="6" w16cid:durableId="1487817764">
    <w:abstractNumId w:val="3"/>
  </w:num>
  <w:num w:numId="7" w16cid:durableId="1386563118">
    <w:abstractNumId w:val="2"/>
  </w:num>
  <w:num w:numId="8" w16cid:durableId="1675495792">
    <w:abstractNumId w:val="1"/>
  </w:num>
  <w:num w:numId="9" w16cid:durableId="2079742245">
    <w:abstractNumId w:val="0"/>
  </w:num>
  <w:num w:numId="10" w16cid:durableId="430224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D35E1"/>
    <w:rsid w:val="00326F90"/>
    <w:rsid w:val="007A3F82"/>
    <w:rsid w:val="00831FD0"/>
    <w:rsid w:val="008867FB"/>
    <w:rsid w:val="00AA1D8D"/>
    <w:rsid w:val="00AC01E5"/>
    <w:rsid w:val="00B47730"/>
    <w:rsid w:val="00C37D78"/>
    <w:rsid w:val="00CB0664"/>
    <w:rsid w:val="00F42CC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C52444"/>
  <w14:defaultImageDpi w14:val="300"/>
  <w15:docId w15:val="{A1A528D5-CDEA-40EE-B0DB-CA8EE0896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Overskrift1">
    <w:name w:val="heading 1"/>
    <w:basedOn w:val="Normal"/>
    <w:next w:val="Normal"/>
    <w:link w:val="Overskrift1Teg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E618BF"/>
  </w:style>
  <w:style w:type="paragraph" w:styleId="Sidefod">
    <w:name w:val="footer"/>
    <w:basedOn w:val="Normal"/>
    <w:link w:val="SidefodTeg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E618BF"/>
  </w:style>
  <w:style w:type="paragraph" w:styleId="Ing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Overskrift1Tegn">
    <w:name w:val="Overskrift 1 Tegn"/>
    <w:basedOn w:val="Standardskrifttypeiafsnit"/>
    <w:link w:val="Oversk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Normal"/>
    <w:next w:val="Normal"/>
    <w:link w:val="TitelTeg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afsnit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rdtekst">
    <w:name w:val="Body Text"/>
    <w:basedOn w:val="Normal"/>
    <w:link w:val="BrdtekstTegn"/>
    <w:uiPriority w:val="99"/>
    <w:unhideWhenUsed/>
    <w:rsid w:val="00AA1D8D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rsid w:val="00AA1D8D"/>
  </w:style>
  <w:style w:type="paragraph" w:styleId="Brdtekst2">
    <w:name w:val="Body Text 2"/>
    <w:basedOn w:val="Normal"/>
    <w:link w:val="Brdtekst2Tegn"/>
    <w:uiPriority w:val="99"/>
    <w:unhideWhenUsed/>
    <w:rsid w:val="00AA1D8D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rsid w:val="00AA1D8D"/>
  </w:style>
  <w:style w:type="paragraph" w:styleId="Brdtekst3">
    <w:name w:val="Body Text 3"/>
    <w:basedOn w:val="Normal"/>
    <w:link w:val="Brdtekst3Teg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Opstilling-punkttegn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Opstilling-punkttegn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Opstilling-punkttegn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Opstilling-talellerbogst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Opstilling-talellerbogst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Opstilling-talellerbogst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Opstilling-forts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Opstilling-forts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Opstilling-forts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tekst">
    <w:name w:val="macro"/>
    <w:link w:val="MakrotekstTeg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Tegn"/>
    <w:uiPriority w:val="29"/>
    <w:qFormat/>
    <w:rsid w:val="00FC693F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FC693F"/>
    <w:rPr>
      <w:i/>
      <w:iCs/>
      <w:color w:val="000000" w:themeColor="text1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lledtekst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k">
    <w:name w:val="Strong"/>
    <w:basedOn w:val="Standardskrifttypeiafsnit"/>
    <w:uiPriority w:val="22"/>
    <w:qFormat/>
    <w:rsid w:val="00FC693F"/>
    <w:rPr>
      <w:b/>
      <w:bCs/>
    </w:rPr>
  </w:style>
  <w:style w:type="character" w:styleId="Fremhv">
    <w:name w:val="Emphasis"/>
    <w:basedOn w:val="Standardskrifttypeiafsnit"/>
    <w:uiPriority w:val="20"/>
    <w:qFormat/>
    <w:rsid w:val="00FC693F"/>
    <w:rPr>
      <w:i/>
      <w:iCs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FC693F"/>
    <w:rPr>
      <w:b/>
      <w:bCs/>
      <w:i/>
      <w:iCs/>
      <w:color w:val="4F81BD" w:themeColor="accent1"/>
    </w:rPr>
  </w:style>
  <w:style w:type="character" w:styleId="Svagfremhvning">
    <w:name w:val="Subtle Emphasis"/>
    <w:basedOn w:val="Standardskrifttypeiafsnit"/>
    <w:uiPriority w:val="19"/>
    <w:qFormat/>
    <w:rsid w:val="00FC693F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21"/>
    <w:qFormat/>
    <w:rsid w:val="00FC693F"/>
    <w:rPr>
      <w:b/>
      <w:bCs/>
      <w:i/>
      <w:iCs/>
      <w:color w:val="4F81BD" w:themeColor="accent1"/>
    </w:rPr>
  </w:style>
  <w:style w:type="character" w:styleId="Svaghenvisning">
    <w:name w:val="Subtle Reference"/>
    <w:basedOn w:val="Standardskrifttypeiafsnit"/>
    <w:uiPriority w:val="31"/>
    <w:qFormat/>
    <w:rsid w:val="00FC693F"/>
    <w:rPr>
      <w:smallCaps/>
      <w:color w:val="C0504D" w:themeColor="accent2"/>
      <w:u w:val="single"/>
    </w:rPr>
  </w:style>
  <w:style w:type="character" w:styleId="Kraftighenvisning">
    <w:name w:val="Intense Reference"/>
    <w:basedOn w:val="Standardskrifttypeiafsni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genstitel">
    <w:name w:val="Book Title"/>
    <w:basedOn w:val="Standardskrifttypeiafsnit"/>
    <w:uiPriority w:val="33"/>
    <w:qFormat/>
    <w:rsid w:val="00FC693F"/>
    <w:rPr>
      <w:b/>
      <w:bCs/>
      <w:smallCaps/>
      <w:spacing w:val="5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FC693F"/>
    <w:pPr>
      <w:outlineLvl w:val="9"/>
    </w:pPr>
  </w:style>
  <w:style w:type="table" w:styleId="Tabel-Gitter">
    <w:name w:val="Table Grid"/>
    <w:basedOn w:val="Tabel-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ysskygge">
    <w:name w:val="Light Shading"/>
    <w:basedOn w:val="Tabel-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-farve1">
    <w:name w:val="Light Shading Accent 1"/>
    <w:basedOn w:val="Tabel-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ysskygge-fremhvningsfarve2">
    <w:name w:val="Light Shading Accent 2"/>
    <w:basedOn w:val="Tabel-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ysskygge-fremhvningsfarve3">
    <w:name w:val="Light Shading Accent 3"/>
    <w:basedOn w:val="Tabel-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ysskygge-fremhvningsfarve4">
    <w:name w:val="Light Shading Accent 4"/>
    <w:basedOn w:val="Tabel-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ysskygge-fremhvningsfarve5">
    <w:name w:val="Light Shading Accent 5"/>
    <w:basedOn w:val="Tabel-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ysskygge-fremhvningsfarve6">
    <w:name w:val="Light Shading Accent 6"/>
    <w:basedOn w:val="Tabel-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ysliste">
    <w:name w:val="Light List"/>
    <w:basedOn w:val="Tabel-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-farve1">
    <w:name w:val="Light List Accent 1"/>
    <w:basedOn w:val="Tabel-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ysliste-fremhvningsfarve2">
    <w:name w:val="Light List Accent 2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ysliste-fremhvningsfarve3">
    <w:name w:val="Light List Accent 3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ysliste-fremhvningsfarve4">
    <w:name w:val="Light List Accent 4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ysliste-fremhvningsfarve5">
    <w:name w:val="Light List Accent 5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ysliste-fremhvningsfarve6">
    <w:name w:val="Light List Accent 6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ystgitter">
    <w:name w:val="Light Grid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gitter-farve1">
    <w:name w:val="Light Grid Accent 1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ystgitter-fremhvningsfarve2">
    <w:name w:val="Light Grid Accent 2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ystgitter-fremhvningsfarve3">
    <w:name w:val="Light Grid Accent 3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ystgitter-fremhvningsfarve4">
    <w:name w:val="Light Grid Accent 4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ystgitter-fremhvningsfarve5">
    <w:name w:val="Light Grid Accent 5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ystgitter-fremhvningsfarve6">
    <w:name w:val="Light Grid Accent 6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kygge1">
    <w:name w:val="Medium Shading 1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arve1">
    <w:name w:val="Medium Shading 1 Accent 1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2">
    <w:name w:val="Medium Shading 1 Accent 2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3">
    <w:name w:val="Medium Shading 1 Accent 3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4">
    <w:name w:val="Medium Shading 1 Accent 4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5">
    <w:name w:val="Medium Shading 1 Accent 5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6">
    <w:name w:val="Medium Shading 1 Accent 6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2">
    <w:name w:val="Medium Shading 2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arve1">
    <w:name w:val="Medium Shading 2 Accent 1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2">
    <w:name w:val="Medium Shading 2 Accent 2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3">
    <w:name w:val="Medium Shading 2 Accent 3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4">
    <w:name w:val="Medium Shading 2 Accent 4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5">
    <w:name w:val="Medium Shading 2 Accent 5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6">
    <w:name w:val="Medium Shading 2 Accent 6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e1">
    <w:name w:val="Medium List 1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e1-farve1">
    <w:name w:val="Medium List 1 Accent 1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e1-fremhvningsfarve2">
    <w:name w:val="Medium List 1 Accent 2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e1-fremhvningsfarve3">
    <w:name w:val="Medium List 1 Accent 3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e1-fremhvningsfarve4">
    <w:name w:val="Medium List 1 Accent 4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e1-fremhvningsfarve5">
    <w:name w:val="Medium List 1 Accent 5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e1-fremhvningsfarve6">
    <w:name w:val="Medium List 1 Accent 6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e2">
    <w:name w:val="Medium List 2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1">
    <w:name w:val="Medium List 2 Accent 1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2">
    <w:name w:val="Medium List 2 Accent 2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3">
    <w:name w:val="Medium List 2 Accent 3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4">
    <w:name w:val="Medium List 2 Accent 4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5">
    <w:name w:val="Medium List 2 Accent 5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6">
    <w:name w:val="Medium List 2 Accent 6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itter1">
    <w:name w:val="Medium Grid 1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itter1-fremhvningsfarve1">
    <w:name w:val="Medium Grid 1 Accent 1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itter1-fremhvningsfarve2">
    <w:name w:val="Medium Grid 1 Accent 2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itter1-fremhvningsfarve3">
    <w:name w:val="Medium Grid 1 Accent 3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itter1-fremhvningsfarve4">
    <w:name w:val="Medium Grid 1 Accent 4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itter1-fremhvningsfarve5">
    <w:name w:val="Medium Grid 1 Accent 5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itter1-fremhvningsfarve6">
    <w:name w:val="Medium Grid 1 Accent 6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itter2">
    <w:name w:val="Medium Grid 2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1">
    <w:name w:val="Medium Grid 2 Accent 1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2">
    <w:name w:val="Medium Grid 2 Accent 2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3">
    <w:name w:val="Medium Grid 2 Accent 3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4">
    <w:name w:val="Medium Grid 2 Accent 4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5">
    <w:name w:val="Medium Grid 2 Accent 5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6">
    <w:name w:val="Medium Grid 2 Accent 6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3">
    <w:name w:val="Medium Grid 3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itter3-fremhvningsfarve1">
    <w:name w:val="Medium Grid 3 Accent 1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itter3-fremhvningsfarve2">
    <w:name w:val="Medium Grid 3 Accent 2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itter3-fremhvningsfarve3">
    <w:name w:val="Medium Grid 3 Accent 3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itter3-fremhvningsfarve4">
    <w:name w:val="Medium Grid 3 Accent 4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itter3-fremhvningsfarve5">
    <w:name w:val="Medium Grid 3 Accent 5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itter3-fremhvningsfarve6">
    <w:name w:val="Medium Grid 3 Accent 6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rkliste">
    <w:name w:val="Dark List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-fremhvningsfarve1">
    <w:name w:val="Dark List Accent 1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e-fremhvningsfarve2">
    <w:name w:val="Dark List Accent 2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e-fremhvningsfarve3">
    <w:name w:val="Dark List Accent 3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e-fremhvningsfarve4">
    <w:name w:val="Dark List Accent 4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e-fremhvningsfarve5">
    <w:name w:val="Dark List Accent 5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e-fremhvningsfarve6">
    <w:name w:val="Dark List Accent 6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vetskygge">
    <w:name w:val="Colorful Shading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1">
    <w:name w:val="Colorful Shading Accent 1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2">
    <w:name w:val="Colorful Shading Accent 2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3">
    <w:name w:val="Colorful Shading Accent 3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vetskygge-fremhvningsfarve4">
    <w:name w:val="Colorful Shading Accent 4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5">
    <w:name w:val="Colorful Shading Accent 5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6">
    <w:name w:val="Colorful Shading Accent 6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liste">
    <w:name w:val="Colorful List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vetliste-fremhvningsfarve1">
    <w:name w:val="Colorful List Accent 1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vetliste-fremhvningsfarve2">
    <w:name w:val="Colorful List Accent 2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vetliste-fremhvningsfarve3">
    <w:name w:val="Colorful List Accent 3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vetliste-fremhvningsfarve4">
    <w:name w:val="Colorful List Accent 4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vetliste-fremhvningsfarve5">
    <w:name w:val="Colorful List Accent 5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vetliste-fremhvningsfarve6">
    <w:name w:val="Colorful List Accent 6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vetgitter">
    <w:name w:val="Colorful Grid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vetgitter-fremhvningsfarve1">
    <w:name w:val="Colorful Grid Accent 1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vetgitter-fremhvningsfarve2">
    <w:name w:val="Colorful Grid Accent 2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vetgitter-fremhvningsfarve3">
    <w:name w:val="Colorful Grid Accent 3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vetgitter-fremhvningsfarve4">
    <w:name w:val="Colorful Grid Accent 4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vetgitter-fremhvningsfarve5">
    <w:name w:val="Colorful Grid Accent 5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vetgitter-fremhvningsfarve6">
    <w:name w:val="Colorful Grid Accent 6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277</Words>
  <Characters>1692</Characters>
  <Application>Microsoft Office Word</Application>
  <DocSecurity>0</DocSecurity>
  <Lines>14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1966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referat, bestyrelsesmøde, 9. december 2024</dc:title>
  <dc:subject/>
  <dc:creator>python-docx</dc:creator>
  <cp:keywords/>
  <dc:description>generated by python-docx</dc:description>
  <cp:lastModifiedBy>Mette Svenningsen (Favrskov Kommune)</cp:lastModifiedBy>
  <cp:revision>5</cp:revision>
  <dcterms:created xsi:type="dcterms:W3CDTF">2026-02-06T16:11:00Z</dcterms:created>
  <dcterms:modified xsi:type="dcterms:W3CDTF">2026-02-19T16:21:00Z</dcterms:modified>
  <cp:category/>
</cp:coreProperties>
</file>